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9F" w:rsidRDefault="0061229F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0C3F61" w:rsidRDefault="003F32F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D3B91F0" wp14:editId="100AEC8F">
            <wp:extent cx="6073775" cy="8618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37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2F5" w:rsidRDefault="00A361DB" w:rsidP="00A361DB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361D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</w:t>
      </w:r>
    </w:p>
    <w:p w:rsidR="003F32F5" w:rsidRDefault="003F32F5" w:rsidP="00A361DB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F32F5" w:rsidRDefault="003F32F5" w:rsidP="00A361DB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F32F5" w:rsidRDefault="003F32F5" w:rsidP="00A361DB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F32F5" w:rsidRDefault="003F32F5" w:rsidP="00A361DB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F32F5" w:rsidRDefault="003F32F5" w:rsidP="00A361DB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F32F5" w:rsidRDefault="003F32F5" w:rsidP="00A361DB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F32F5" w:rsidRDefault="003F32F5" w:rsidP="00A361DB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3F61" w:rsidRDefault="00A361DB" w:rsidP="003F32F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361D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 </w:t>
      </w:r>
    </w:p>
    <w:p w:rsidR="0061229F" w:rsidRPr="0022732B" w:rsidRDefault="00A361DB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         </w:t>
      </w:r>
      <w:r w:rsidR="0022732B"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1229F" w:rsidRPr="0022732B" w:rsidRDefault="0022732B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 родному  языку  (русскому) для обучающихся 2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:rsidR="0061229F" w:rsidRPr="0022732B" w:rsidRDefault="0022732B">
      <w:pPr>
        <w:autoSpaceDE w:val="0"/>
        <w:autoSpaceDN w:val="0"/>
        <w:spacing w:before="264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61229F" w:rsidRPr="0022732B" w:rsidRDefault="0022732B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области«Родной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61229F" w:rsidRPr="0022732B" w:rsidRDefault="0022732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61229F" w:rsidRPr="0022732B" w:rsidRDefault="0022732B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61229F" w:rsidRPr="0022732B" w:rsidRDefault="0022732B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области«Русский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этим в программе выделяются три блока. Первый блок — «Русский язык: прошлое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2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81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61229F" w:rsidRPr="0022732B" w:rsidRDefault="0022732B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61229F" w:rsidRPr="0022732B" w:rsidRDefault="0022732B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61229F" w:rsidRPr="0022732B" w:rsidRDefault="0022732B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2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66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62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22732B">
        <w:rPr>
          <w:lang w:val="ru-RU"/>
        </w:rPr>
        <w:tab/>
      </w:r>
    </w:p>
    <w:p w:rsidR="0061229F" w:rsidRPr="0022732B" w:rsidRDefault="0022732B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во 2 классе рассчитано на общую учебную нагрузку в объёме 17 часов.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8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1229F" w:rsidRPr="0022732B" w:rsidRDefault="0022732B">
      <w:pPr>
        <w:autoSpaceDE w:val="0"/>
        <w:autoSpaceDN w:val="0"/>
        <w:spacing w:before="346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РУССКИЙ ЯЗЫК: ПРОШЛОЕ И НАСТОЯЩЕЕ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городки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салочки, салазки, санки, волчок, свистулька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предметы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традиционного русского быта: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каша, щи, похлёбка, бублик, ватрушка, калач, коврижки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): какие из них сохранились до нашего времени; 3) слова, называющие то, во что раньше одевались дети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1229F" w:rsidRPr="0022732B" w:rsidRDefault="0022732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СЕКРЕТЫ РЕЧИ И ТЕКСТА</w:t>
      </w:r>
    </w:p>
    <w:p w:rsidR="0061229F" w:rsidRPr="0022732B" w:rsidRDefault="0022732B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61229F" w:rsidRPr="0022732B" w:rsidRDefault="0022732B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8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346" w:after="0" w:line="262" w:lineRule="auto"/>
        <w:ind w:right="1008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Изучение родного языка (русского) во 2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1229F" w:rsidRPr="0022732B" w:rsidRDefault="0022732B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20" w:after="0" w:line="288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20" w:after="0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61229F" w:rsidRPr="0022732B" w:rsidRDefault="0022732B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66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возникающий при обсуждении примеров из художественных произведений;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61229F" w:rsidRPr="0022732B" w:rsidRDefault="0022732B">
      <w:pPr>
        <w:autoSpaceDE w:val="0"/>
        <w:autoSpaceDN w:val="0"/>
        <w:spacing w:before="118" w:after="0" w:line="262" w:lineRule="auto"/>
        <w:ind w:left="180" w:right="244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61229F" w:rsidRPr="0022732B" w:rsidRDefault="0022732B">
      <w:pPr>
        <w:autoSpaceDE w:val="0"/>
        <w:autoSpaceDN w:val="0"/>
        <w:spacing w:before="118" w:after="0" w:line="281" w:lineRule="auto"/>
        <w:ind w:right="432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1229F" w:rsidRPr="0022732B" w:rsidRDefault="0022732B">
      <w:pPr>
        <w:autoSpaceDE w:val="0"/>
        <w:autoSpaceDN w:val="0"/>
        <w:spacing w:before="264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8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8" w:line="220" w:lineRule="exact"/>
        <w:rPr>
          <w:lang w:val="ru-RU"/>
        </w:rPr>
      </w:pPr>
    </w:p>
    <w:p w:rsidR="0061229F" w:rsidRPr="0022732B" w:rsidRDefault="0022732B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61229F" w:rsidRPr="0022732B" w:rsidRDefault="0022732B">
      <w:pPr>
        <w:autoSpaceDE w:val="0"/>
        <w:autoSpaceDN w:val="0"/>
        <w:spacing w:before="118" w:after="0" w:line="262" w:lineRule="auto"/>
        <w:ind w:left="180" w:right="2304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3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ошибку, допущенную при работе с языковым мате- риалом, находить орфографическую и пунктуационную ошибку;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66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их по предложенным критериям.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1229F" w:rsidRPr="0022732B" w:rsidRDefault="0022732B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61229F" w:rsidRPr="0022732B" w:rsidRDefault="0022732B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</w:p>
    <w:p w:rsidR="0061229F" w:rsidRPr="0022732B" w:rsidRDefault="0022732B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61229F" w:rsidRPr="0022732B" w:rsidRDefault="0022732B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 на примере омографов;</w:t>
      </w:r>
    </w:p>
    <w:p w:rsidR="0061229F" w:rsidRPr="0022732B" w:rsidRDefault="0022732B">
      <w:pPr>
        <w:autoSpaceDE w:val="0"/>
        <w:autoSpaceDN w:val="0"/>
        <w:spacing w:before="240" w:after="0" w:line="271" w:lineRule="auto"/>
        <w:ind w:left="420" w:right="7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86" w:right="772" w:bottom="324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144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right="7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</w:p>
    <w:p w:rsidR="0061229F" w:rsidRPr="0022732B" w:rsidRDefault="0022732B">
      <w:pPr>
        <w:autoSpaceDE w:val="0"/>
        <w:autoSpaceDN w:val="0"/>
        <w:spacing w:before="238" w:after="0" w:line="271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right="864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61229F" w:rsidRPr="0022732B" w:rsidRDefault="0022732B">
      <w:pPr>
        <w:autoSpaceDE w:val="0"/>
        <w:autoSpaceDN w:val="0"/>
        <w:spacing w:before="240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364" w:right="860" w:bottom="1440" w:left="1086" w:header="720" w:footer="720" w:gutter="0"/>
          <w:cols w:space="720" w:equalWidth="0">
            <w:col w:w="995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64" w:line="220" w:lineRule="exact"/>
        <w:rPr>
          <w:lang w:val="ru-RU"/>
        </w:rPr>
      </w:pPr>
    </w:p>
    <w:p w:rsidR="0061229F" w:rsidRDefault="0022732B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8214"/>
        <w:gridCol w:w="528"/>
        <w:gridCol w:w="1104"/>
        <w:gridCol w:w="1140"/>
        <w:gridCol w:w="804"/>
        <w:gridCol w:w="828"/>
        <w:gridCol w:w="2294"/>
      </w:tblGrid>
      <w:tr w:rsidR="00E45F82" w:rsidTr="00E45F82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E45F82" w:rsidTr="00E45F82">
        <w:trPr>
          <w:trHeight w:hRule="exact" w:val="5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  <w:tc>
          <w:tcPr>
            <w:tcW w:w="8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</w:tr>
      <w:tr w:rsidR="00E45F82" w:rsidTr="00E45F82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2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об одежде. Лексические единицы с национально-культурной семантикой, обозначающие одежду. 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02F15" w:rsidRDefault="00E45F8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sz w:val="16"/>
                <w:szCs w:val="16"/>
                <w:lang w:val="ru-RU"/>
              </w:rPr>
            </w:pPr>
            <w:r w:rsidRPr="00E45F82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 w:rsidTr="00E45F82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еде. Лексические единицы с национально-культурной семантикой, обозначающие предметы традиционного русского быта: русская кухня. 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D217B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 w:rsidTr="00E45F82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детских забавах. Лексические единицы с национально-культурной семантикой, обозначающие предметы традиционного русского быта: детские забавы, игры и игрушки. Пословицы, поговорки, фразеологизмы, возникновение которых связано с предметами и явлениями традиционного русского быта: детские игры, забавы.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D217B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 w:rsidTr="00E45F82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называющие домашнюю утварь. Пословицы, поговорки, фразеологизмы, возникновение которых связано с предметами и явлениями традиционного русского быта: домашняя утварь.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D217B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 w:rsidTr="00E45F82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связанные с традицией русского чаепития. Пословицы, поговорки, фразеологизмы, возникновение которых связано с предметами и явлениями традиционного русского быта: традиция чаепития.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D217B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>
        <w:trPr>
          <w:gridAfter w:val="5"/>
          <w:wAfter w:w="6170" w:type="dxa"/>
          <w:trHeight w:hRule="exact" w:val="432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</w:p>
        </w:tc>
      </w:tr>
      <w:tr w:rsidR="00E45F82" w:rsidTr="00E45F8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Пропедевтическая работа по предупреждению ошибок в произношении слов в речи. Смыслоразличительная роль ударения. Наблюдение за изменением места ударения в поэтическом тексте.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со словарем ударений.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E45F82" w:rsidTr="00E45F82">
        <w:trPr>
          <w:trHeight w:hRule="exact" w:val="5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Синонимы и антонимы.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6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Происхождение пословиц и фразеологизмов.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E45F82" w:rsidTr="00E45F82">
        <w:trPr>
          <w:trHeight w:hRule="exact" w:val="6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Разные способы толкования значения 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E45F82" w:rsidTr="00E45F82">
        <w:trPr>
          <w:trHeight w:hRule="exact" w:val="5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Учимся читать стихи и сказки.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orfogrammka.ru</w:t>
            </w:r>
          </w:p>
        </w:tc>
      </w:tr>
      <w:tr w:rsidR="00E45F82">
        <w:trPr>
          <w:gridAfter w:val="5"/>
          <w:wAfter w:w="6170" w:type="dxa"/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</w:tr>
      <w:tr w:rsidR="00E45F82" w:rsidTr="00E45F8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Диалог. Приемы обещния. Особенности русского речевого этикета. Устойчивые этикетные выражения в учебно-научной коммуникации: формы обращения; использование обращений ты и 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A245F2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50" w:lineRule="auto"/>
              <w:ind w:left="72"/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информации прочитанного и прослушанного текста: отличение главныых фактов от второстепенных; выделение наиболее существенных фактов; установление логической связи между фактами.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Создание текста: развернутое толкование значения слова.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A245F2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4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A245F2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Создание текстов инструкций. Создание текстов-повествований: заметки о посещении музеев: повествование об участии в народных праздниках.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45F82">
              <w:rPr>
                <w:sz w:val="16"/>
                <w:szCs w:val="16"/>
                <w:lang w:val="ru-RU"/>
              </w:rPr>
              <w:t>Практическая работа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5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45F82">
              <w:rPr>
                <w:sz w:val="16"/>
                <w:szCs w:val="16"/>
                <w:lang w:val="ru-RU"/>
              </w:rPr>
              <w:t>Практическая работа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>
        <w:trPr>
          <w:gridAfter w:val="5"/>
          <w:wAfter w:w="6170" w:type="dxa"/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02F15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45F82">
        <w:trPr>
          <w:gridAfter w:val="3"/>
          <w:wAfter w:w="3926" w:type="dxa"/>
          <w:trHeight w:hRule="exact" w:val="390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61229F" w:rsidRDefault="0061229F">
      <w:pPr>
        <w:autoSpaceDE w:val="0"/>
        <w:autoSpaceDN w:val="0"/>
        <w:spacing w:after="0" w:line="14" w:lineRule="exact"/>
      </w:pPr>
    </w:p>
    <w:p w:rsidR="0061229F" w:rsidRDefault="0061229F">
      <w:pPr>
        <w:sectPr w:rsidR="0061229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1229F" w:rsidRDefault="0061229F">
      <w:pPr>
        <w:autoSpaceDE w:val="0"/>
        <w:autoSpaceDN w:val="0"/>
        <w:spacing w:after="78" w:line="220" w:lineRule="exact"/>
      </w:pPr>
    </w:p>
    <w:p w:rsidR="0061229F" w:rsidRPr="00955CA1" w:rsidRDefault="0022732B">
      <w:pPr>
        <w:autoSpaceDE w:val="0"/>
        <w:autoSpaceDN w:val="0"/>
        <w:spacing w:after="320" w:line="230" w:lineRule="auto"/>
        <w:rPr>
          <w:lang w:val="ru-RU"/>
        </w:rPr>
      </w:pPr>
      <w:r w:rsidRPr="00955CA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ПОУРОЧНОЕ ПЛАНИРОВАНИЕ </w:t>
      </w:r>
      <w:r w:rsidR="00955CA1">
        <w:rPr>
          <w:rFonts w:ascii="Times New Roman" w:eastAsia="Times New Roman" w:hAnsi="Times New Roman"/>
          <w:b/>
          <w:color w:val="000000"/>
          <w:sz w:val="24"/>
          <w:lang w:val="ru-RU"/>
        </w:rPr>
        <w:t>по родному (русскому) языку 2 «А»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61229F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61229F" w:rsidTr="007703F8">
        <w:trPr>
          <w:trHeight w:hRule="exact" w:val="828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9F" w:rsidRDefault="0061229F"/>
        </w:tc>
        <w:tc>
          <w:tcPr>
            <w:tcW w:w="2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9F" w:rsidRDefault="0061229F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9F" w:rsidRDefault="0061229F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9F" w:rsidRDefault="0061229F"/>
        </w:tc>
      </w:tr>
      <w:tr w:rsidR="00E45F82" w:rsidTr="00E45F82">
        <w:trPr>
          <w:trHeight w:hRule="exact" w:val="9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одёжке встречают…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45F82" w:rsidRPr="003F32F5" w:rsidTr="00E45F82">
        <w:trPr>
          <w:trHeight w:hRule="exact" w:val="142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Ржаной хлебушко калачу дедушка.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42D1C" w:rsidRDefault="00E45F82" w:rsidP="008D74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E45F82" w:rsidTr="00E45F82">
        <w:trPr>
          <w:trHeight w:hRule="exact" w:val="8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Если хорошие щи, так другой пищи не ищи.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45F82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Каша – кормилица наша.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E45F82" w:rsidTr="00E45F82">
        <w:trPr>
          <w:trHeight w:hRule="exact" w:val="7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Любишь кататься – люби и саночки возить.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45F82" w:rsidTr="007703F8">
        <w:trPr>
          <w:trHeight w:hRule="exact" w:val="8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Делу время , потехе час.</w:t>
            </w:r>
          </w:p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решете воду не удержишь.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45F82" w:rsidTr="00E45F82">
        <w:trPr>
          <w:trHeight w:hRule="exact"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Самовар кипит, уходить не велит.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45F82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14034" w:rsidRDefault="00E45F82" w:rsidP="008D74C1">
            <w:pPr>
              <w:pStyle w:val="Default"/>
              <w:rPr>
                <w:bCs/>
                <w:sz w:val="23"/>
                <w:szCs w:val="23"/>
              </w:rPr>
            </w:pPr>
            <w:r w:rsidRPr="00E14034">
              <w:rPr>
                <w:bCs/>
                <w:sz w:val="23"/>
                <w:szCs w:val="23"/>
              </w:rPr>
              <w:t>Помогает ли ударение различать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E45F82" w:rsidRPr="003F32F5" w:rsidTr="00E45F82">
        <w:trPr>
          <w:trHeight w:hRule="exact" w:val="13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Для чего нужны синонимы?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42D1C" w:rsidRDefault="00E45F82" w:rsidP="008D74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E45F82" w:rsidTr="00E45F82">
        <w:trPr>
          <w:trHeight w:hRule="exact" w:val="8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Для чего нужны антонимы?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45F82" w:rsidTr="00E45F82">
        <w:trPr>
          <w:trHeight w:hRule="exact" w:val="7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Как появились пословицы и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45F82" w:rsidRPr="003F32F5" w:rsidTr="00E45F82">
        <w:trPr>
          <w:trHeight w:hRule="exact" w:val="14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Как можно объяснить значение слова?</w:t>
            </w:r>
          </w:p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Встречается ли в сказках и стихах необычное ударение?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42D1C" w:rsidRDefault="00E45F82" w:rsidP="008D74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E45F82" w:rsidTr="00E45F82">
        <w:trPr>
          <w:trHeight w:hRule="exact" w:val="8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Учимся вести диалог.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E45F82" w:rsidTr="00E45F82">
        <w:trPr>
          <w:trHeight w:hRule="exact" w:val="7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Составляем развёрнутое толкование значения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45F82" w:rsidTr="00E45F82">
        <w:trPr>
          <w:trHeight w:hRule="exact" w:val="8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Устанавливаем связь предложений в тексте.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45F82" w:rsidTr="007703F8">
        <w:trPr>
          <w:trHeight w:hRule="exact" w:val="7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Создаем текст-инструкцию «Как изготовить ёлочную игрушку».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45F8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Создаём  текст-повествование.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 w:rsidP="008D74C1">
            <w:pPr>
              <w:pStyle w:val="Default"/>
              <w:rPr>
                <w:sz w:val="23"/>
                <w:szCs w:val="23"/>
              </w:rPr>
            </w:pPr>
            <w:r w:rsidRPr="00394A52">
              <w:rPr>
                <w:sz w:val="23"/>
                <w:szCs w:val="23"/>
              </w:rPr>
              <w:t>: Для чего нужны синонимы?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 w:rsidP="008D74C1">
            <w:pPr>
              <w:pStyle w:val="Default"/>
              <w:rPr>
                <w:sz w:val="23"/>
                <w:szCs w:val="23"/>
              </w:rPr>
            </w:pPr>
            <w:r w:rsidRPr="00394A52">
              <w:rPr>
                <w:sz w:val="23"/>
                <w:szCs w:val="23"/>
              </w:rPr>
              <w:t>Для чего нужны антонимы?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394A52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 w:rsidP="008D74C1">
            <w:pPr>
              <w:pStyle w:val="Default"/>
              <w:rPr>
                <w:sz w:val="23"/>
                <w:szCs w:val="23"/>
              </w:rPr>
            </w:pPr>
            <w:r w:rsidRPr="00394A52">
              <w:rPr>
                <w:sz w:val="23"/>
                <w:szCs w:val="23"/>
              </w:rPr>
              <w:t>: Работа со словарем  «Антонимы русского языка»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A52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 w:rsidP="008D74C1">
            <w:pPr>
              <w:pStyle w:val="Default"/>
              <w:rPr>
                <w:sz w:val="23"/>
                <w:szCs w:val="23"/>
              </w:rPr>
            </w:pPr>
            <w:r w:rsidRPr="00394A52">
              <w:rPr>
                <w:sz w:val="23"/>
                <w:szCs w:val="23"/>
              </w:rPr>
              <w:t>Как появились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A52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 w:rsidP="008D74C1">
            <w:pPr>
              <w:pStyle w:val="Default"/>
              <w:rPr>
                <w:sz w:val="23"/>
                <w:szCs w:val="23"/>
              </w:rPr>
            </w:pPr>
            <w:r w:rsidRPr="00394A52">
              <w:rPr>
                <w:sz w:val="23"/>
                <w:szCs w:val="23"/>
              </w:rPr>
              <w:t>: Проверочная работа № 2. «Язык в действии»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A52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: Учимся вести диалог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394A52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Default="00955CA1">
            <w:pPr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94A52" w:rsidRPr="00394A52" w:rsidRDefault="00394A52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: Составляем развернутое и краткое толкование лексического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: Составление  деформированного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Практическое овладение средствами связи. Местоименный повтор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Практическое овладение средствами связи. Лексический повтор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Контрольный диктант№1. «Секреты речи и текста»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: Работа над ошибками. Составление текста по картинкам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Как связать предложения друг с другом?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: Создаём текст-инструкцию «Как сделать ёлочную игрушку из ваты»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: Создаём текст-инструкцию  «Как сделать гирлянды из соломы, клоуна из яйца»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Создание  текста-повествования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5CA1" w:rsidRPr="00394A5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955CA1" w:rsidRDefault="00955CA1" w:rsidP="008D74C1">
            <w:pPr>
              <w:pStyle w:val="Default"/>
              <w:rPr>
                <w:sz w:val="23"/>
                <w:szCs w:val="23"/>
              </w:rPr>
            </w:pPr>
            <w:r w:rsidRPr="00955CA1">
              <w:rPr>
                <w:sz w:val="23"/>
                <w:szCs w:val="23"/>
              </w:rPr>
              <w:t>Обобщение знаний за год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Default="00955CA1">
            <w:pPr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CA1" w:rsidRPr="00394A52" w:rsidRDefault="00955CA1" w:rsidP="008D74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61229F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Pr="0022732B" w:rsidRDefault="0022732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Pr="007703F8" w:rsidRDefault="00955CA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Pr="007703F8" w:rsidRDefault="007703F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61229F"/>
        </w:tc>
      </w:tr>
    </w:tbl>
    <w:p w:rsidR="0061229F" w:rsidRDefault="0061229F">
      <w:pPr>
        <w:autoSpaceDE w:val="0"/>
        <w:autoSpaceDN w:val="0"/>
        <w:spacing w:after="0" w:line="14" w:lineRule="exact"/>
      </w:pPr>
    </w:p>
    <w:p w:rsidR="0061229F" w:rsidRDefault="0061229F">
      <w:pPr>
        <w:sectPr w:rsidR="0061229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Default="0061229F">
      <w:pPr>
        <w:autoSpaceDE w:val="0"/>
        <w:autoSpaceDN w:val="0"/>
        <w:spacing w:after="78" w:line="220" w:lineRule="exact"/>
      </w:pPr>
    </w:p>
    <w:p w:rsidR="0061229F" w:rsidRDefault="0022732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1229F" w:rsidRDefault="0022732B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1229F" w:rsidRPr="0022732B" w:rsidRDefault="0022732B">
      <w:pPr>
        <w:autoSpaceDE w:val="0"/>
        <w:autoSpaceDN w:val="0"/>
        <w:spacing w:before="166" w:after="0" w:line="271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Кибирева Л.В., Мелихова Г.И., Склярова В.Л., Русский родной язык. Учебник. 2 класс. ООО «Русское слово-учебник»;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8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32B" w:rsidRPr="0022732B" w:rsidRDefault="0022732B">
      <w:pPr>
        <w:rPr>
          <w:lang w:val="ru-RU"/>
        </w:rPr>
      </w:pPr>
    </w:p>
    <w:sectPr w:rsidR="0022732B" w:rsidRPr="0022732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3F61"/>
    <w:rsid w:val="0015074B"/>
    <w:rsid w:val="0022732B"/>
    <w:rsid w:val="0029639D"/>
    <w:rsid w:val="00326F90"/>
    <w:rsid w:val="00394A52"/>
    <w:rsid w:val="003F32F5"/>
    <w:rsid w:val="00502F15"/>
    <w:rsid w:val="0061229F"/>
    <w:rsid w:val="007703F8"/>
    <w:rsid w:val="00877DD8"/>
    <w:rsid w:val="008B7194"/>
    <w:rsid w:val="00955CA1"/>
    <w:rsid w:val="00A361DB"/>
    <w:rsid w:val="00AA1D8D"/>
    <w:rsid w:val="00B47730"/>
    <w:rsid w:val="00CB0664"/>
    <w:rsid w:val="00E45F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409C86E-74C6-4D88-BE37-91A66D1F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7703F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39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94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EE240F-2123-4109-A057-50C6E473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4379</Words>
  <Characters>24962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29283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cp:lastPrinted>2023-11-06T09:59:00Z</cp:lastPrinted>
  <dcterms:created xsi:type="dcterms:W3CDTF">2023-11-14T02:49:00Z</dcterms:created>
  <dcterms:modified xsi:type="dcterms:W3CDTF">2023-11-14T02:49:00Z</dcterms:modified>
</cp:coreProperties>
</file>